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Formularz odstąpienia od umowy</w:t>
      </w:r>
    </w:p>
    <w:p>
      <w:r>
        <w:rPr>
          <w:b/>
        </w:rPr>
        <w:t>Niniejszym informuję o odstąpieniu od umowy sprzedaży następujących produktów:</w:t>
        <w:br/>
      </w:r>
    </w:p>
    <w:p>
      <w:r>
        <w:t>Numer zamówienia: ____________________________________________</w:t>
      </w:r>
    </w:p>
    <w:p>
      <w:r>
        <w:t>Imię i nazwisko: ______________________________________________</w:t>
      </w:r>
    </w:p>
    <w:p>
      <w:r>
        <w:t>Adres e-mail: _________________________________________________</w:t>
      </w:r>
    </w:p>
    <w:p>
      <w:r>
        <w:t>Numer telefonu: _______________________________________________</w:t>
      </w:r>
    </w:p>
    <w:p>
      <w:r>
        <w:t>Data otrzymania zamówienia: __________________________________</w:t>
      </w:r>
    </w:p>
    <w:p>
      <w:r>
        <w:t>Nazwa zwracanego produktu: ___________________________________</w:t>
      </w:r>
    </w:p>
    <w:p>
      <w:r>
        <w:t>Powód zwrotu (opcjonalnie): _________________________________</w:t>
      </w:r>
    </w:p>
    <w:p>
      <w:r>
        <w:br/>
        <w:t>_______________________________________________________________</w:t>
      </w:r>
    </w:p>
    <w:p>
      <w:r>
        <w:br/>
        <w:t>Numer rachunku bankowego do zwrotu środków:</w:t>
      </w:r>
    </w:p>
    <w:p>
      <w:r>
        <w:t>_______________________________________________________________</w:t>
      </w:r>
    </w:p>
    <w:p>
      <w:r>
        <w:br/>
        <w:t>Data: ______________________</w:t>
      </w:r>
    </w:p>
    <w:p>
      <w:r>
        <w:t>Podpis: ____________________</w:t>
      </w:r>
    </w:p>
    <w:p>
      <w:r>
        <w:rPr>
          <w:i/>
        </w:rPr>
        <w:br/>
        <w:t>Prosimy o dołączenie formularza do przesyłki zwrotnej lub przesłanie go drogą mailową.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